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220DE" w14:textId="73CCA2A7" w:rsidR="009E6CB9" w:rsidRPr="009B28FF" w:rsidRDefault="009B28FF" w:rsidP="009B28FF">
      <w:pPr>
        <w:rPr>
          <w:b/>
          <w:bCs/>
          <w:sz w:val="28"/>
          <w:szCs w:val="28"/>
        </w:rPr>
      </w:pPr>
      <w:r>
        <w:rPr>
          <w:b/>
          <w:bCs/>
          <w:noProof/>
          <w:sz w:val="28"/>
          <w:szCs w:val="28"/>
        </w:rPr>
        <w:drawing>
          <wp:anchor distT="0" distB="0" distL="114300" distR="114300" simplePos="0" relativeHeight="251657216" behindDoc="1" locked="0" layoutInCell="1" allowOverlap="1" wp14:anchorId="07BDBB61" wp14:editId="21BE7E09">
            <wp:simplePos x="0" y="0"/>
            <wp:positionH relativeFrom="column">
              <wp:posOffset>4841240</wp:posOffset>
            </wp:positionH>
            <wp:positionV relativeFrom="paragraph">
              <wp:posOffset>-304800</wp:posOffset>
            </wp:positionV>
            <wp:extent cx="1097915" cy="1089660"/>
            <wp:effectExtent l="0" t="0" r="6985" b="0"/>
            <wp:wrapTight wrapText="bothSides">
              <wp:wrapPolygon edited="0">
                <wp:start x="0" y="0"/>
                <wp:lineTo x="0" y="21147"/>
                <wp:lineTo x="21363" y="21147"/>
                <wp:lineTo x="21363" y="0"/>
                <wp:lineTo x="0" y="0"/>
              </wp:wrapPolygon>
            </wp:wrapTight>
            <wp:docPr id="2026160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160264" name="Picture 2026160264"/>
                    <pic:cNvPicPr/>
                  </pic:nvPicPr>
                  <pic:blipFill>
                    <a:blip r:embed="rId6"/>
                    <a:stretch>
                      <a:fillRect/>
                    </a:stretch>
                  </pic:blipFill>
                  <pic:spPr>
                    <a:xfrm>
                      <a:off x="0" y="0"/>
                      <a:ext cx="1097915" cy="1089660"/>
                    </a:xfrm>
                    <a:prstGeom prst="rect">
                      <a:avLst/>
                    </a:prstGeom>
                  </pic:spPr>
                </pic:pic>
              </a:graphicData>
            </a:graphic>
            <wp14:sizeRelH relativeFrom="margin">
              <wp14:pctWidth>0</wp14:pctWidth>
            </wp14:sizeRelH>
            <wp14:sizeRelV relativeFrom="margin">
              <wp14:pctHeight>0</wp14:pctHeight>
            </wp14:sizeRelV>
          </wp:anchor>
        </w:drawing>
      </w:r>
      <w:r w:rsidRPr="009B28FF">
        <w:rPr>
          <w:b/>
          <w:bCs/>
          <w:sz w:val="28"/>
          <w:szCs w:val="28"/>
        </w:rPr>
        <w:t>Letter of Su</w:t>
      </w:r>
      <w:r w:rsidRPr="009B28FF">
        <w:rPr>
          <w:b/>
          <w:bCs/>
          <w:sz w:val="28"/>
          <w:szCs w:val="28"/>
        </w:rPr>
        <w:t>pport – Grant Application</w:t>
      </w:r>
    </w:p>
    <w:p w14:paraId="6A43F123" w14:textId="77777777" w:rsidR="009E6CB9" w:rsidRDefault="009B28FF">
      <w:r>
        <w:t>[Your Organisation’s Letterhead]</w:t>
      </w:r>
      <w:r>
        <w:br/>
        <w:t>[Address]</w:t>
      </w:r>
      <w:r>
        <w:br/>
        <w:t>[Telephone | Email]</w:t>
      </w:r>
      <w:r>
        <w:br/>
        <w:t>[Date]</w:t>
      </w:r>
    </w:p>
    <w:p w14:paraId="4B86BBBB" w14:textId="77777777" w:rsidR="009E6CB9" w:rsidRDefault="009B28FF">
      <w:r>
        <w:t>To whom it may concern,</w:t>
      </w:r>
    </w:p>
    <w:p w14:paraId="0ADCE3FB" w14:textId="77777777" w:rsidR="009E6CB9" w:rsidRPr="009B28FF" w:rsidRDefault="009B28FF" w:rsidP="009B28FF">
      <w:pPr>
        <w:rPr>
          <w:b/>
          <w:bCs/>
        </w:rPr>
      </w:pPr>
      <w:r w:rsidRPr="009B28FF">
        <w:rPr>
          <w:b/>
          <w:bCs/>
        </w:rPr>
        <w:t>Re: Letter of Support for [Name of Organisation / Project]</w:t>
      </w:r>
    </w:p>
    <w:p w14:paraId="5722CF00" w14:textId="77777777" w:rsidR="009E6CB9" w:rsidRDefault="009B28FF">
      <w:r>
        <w:t xml:space="preserve">I am writing on behalf of </w:t>
      </w:r>
      <w:r w:rsidRPr="009B28FF">
        <w:rPr>
          <w:highlight w:val="yellow"/>
        </w:rPr>
        <w:t>[organisation name – e.g. Local Policing Team / Office of MP / Community Safety Partnership / Office of the Police and Crime Commissioner]</w:t>
      </w:r>
      <w:r>
        <w:t xml:space="preserve"> to formally express our support for </w:t>
      </w:r>
      <w:r w:rsidRPr="009B28FF">
        <w:rPr>
          <w:highlight w:val="yellow"/>
        </w:rPr>
        <w:t>[organisation name]</w:t>
      </w:r>
      <w:r>
        <w:t xml:space="preserve"> in their application for funding through </w:t>
      </w:r>
      <w:r w:rsidRPr="009B28FF">
        <w:rPr>
          <w:highlight w:val="yellow"/>
        </w:rPr>
        <w:t>[name of grant/funding programme].</w:t>
      </w:r>
    </w:p>
    <w:p w14:paraId="6D6C2364" w14:textId="77777777" w:rsidR="009E6CB9" w:rsidRDefault="009B28FF">
      <w:r>
        <w:t xml:space="preserve">We are aware of the work </w:t>
      </w:r>
      <w:r w:rsidRPr="009B28FF">
        <w:rPr>
          <w:highlight w:val="yellow"/>
        </w:rPr>
        <w:t>[organisation name]</w:t>
      </w:r>
      <w:r>
        <w:t xml:space="preserve"> delivers within </w:t>
      </w:r>
      <w:r w:rsidRPr="009B28FF">
        <w:rPr>
          <w:highlight w:val="yellow"/>
        </w:rPr>
        <w:t>[community / location]</w:t>
      </w:r>
      <w:r>
        <w:t xml:space="preserve">, and we recognise the positive contribution their project </w:t>
      </w:r>
      <w:r w:rsidRPr="009B28FF">
        <w:rPr>
          <w:highlight w:val="yellow"/>
        </w:rPr>
        <w:t>[project name]</w:t>
      </w:r>
      <w:r>
        <w:t xml:space="preserve"> makes toward </w:t>
      </w:r>
      <w:r w:rsidRPr="009B28FF">
        <w:rPr>
          <w:highlight w:val="yellow"/>
        </w:rPr>
        <w:t>[key outcomes – e.g. crime prevention, early intervention, community safety, victim support, reducing anti-social behaviour]</w:t>
      </w:r>
      <w:r>
        <w:t>.</w:t>
      </w:r>
    </w:p>
    <w:p w14:paraId="68969ED9" w14:textId="77777777" w:rsidR="009E6CB9" w:rsidRDefault="009B28FF">
      <w:r>
        <w:t>This project strongly aligns with our shared priorities, including:</w:t>
      </w:r>
    </w:p>
    <w:p w14:paraId="7558DDD8" w14:textId="41A718BD" w:rsidR="009E6CB9" w:rsidRPr="009B28FF" w:rsidRDefault="009B28FF">
      <w:pPr>
        <w:pStyle w:val="ListBullet"/>
        <w:rPr>
          <w:highlight w:val="yellow"/>
        </w:rPr>
      </w:pPr>
      <w:r w:rsidRPr="009B28FF">
        <w:rPr>
          <w:highlight w:val="yellow"/>
        </w:rPr>
        <w:t>P</w:t>
      </w:r>
      <w:r>
        <w:rPr>
          <w:highlight w:val="yellow"/>
        </w:rPr>
        <w:t>revent Violence Against Women and Girls</w:t>
      </w:r>
    </w:p>
    <w:p w14:paraId="6D43A0B3" w14:textId="21E59307" w:rsidR="009E6CB9" w:rsidRPr="009B28FF" w:rsidRDefault="009B28FF">
      <w:pPr>
        <w:pStyle w:val="ListBullet"/>
        <w:rPr>
          <w:highlight w:val="yellow"/>
        </w:rPr>
      </w:pPr>
      <w:r>
        <w:rPr>
          <w:highlight w:val="yellow"/>
        </w:rPr>
        <w:t>Tackle Crime and Anti-Social Behavior</w:t>
      </w:r>
    </w:p>
    <w:p w14:paraId="5678EF55" w14:textId="57209CF1" w:rsidR="009E6CB9" w:rsidRDefault="009B28FF">
      <w:pPr>
        <w:pStyle w:val="ListBullet"/>
        <w:rPr>
          <w:highlight w:val="yellow"/>
        </w:rPr>
      </w:pPr>
      <w:r>
        <w:rPr>
          <w:highlight w:val="yellow"/>
        </w:rPr>
        <w:t>Get Tough on Serious Violent Crime</w:t>
      </w:r>
    </w:p>
    <w:p w14:paraId="6E0B3E9B" w14:textId="73A7C8E3" w:rsidR="009B28FF" w:rsidRPr="009B28FF" w:rsidRDefault="009B28FF">
      <w:pPr>
        <w:pStyle w:val="ListBullet"/>
        <w:rPr>
          <w:highlight w:val="yellow"/>
        </w:rPr>
      </w:pPr>
      <w:proofErr w:type="gramStart"/>
      <w:r>
        <w:rPr>
          <w:highlight w:val="yellow"/>
        </w:rPr>
        <w:t>Rebuild</w:t>
      </w:r>
      <w:proofErr w:type="gramEnd"/>
      <w:r>
        <w:rPr>
          <w:highlight w:val="yellow"/>
        </w:rPr>
        <w:t xml:space="preserve"> Public Trust and Confidence</w:t>
      </w:r>
    </w:p>
    <w:p w14:paraId="788276E7" w14:textId="77777777" w:rsidR="009E6CB9" w:rsidRDefault="009B28FF">
      <w:r>
        <w:t xml:space="preserve">Through ongoing engagement and partnership working, we have seen how </w:t>
      </w:r>
      <w:r w:rsidRPr="009B28FF">
        <w:rPr>
          <w:highlight w:val="yellow"/>
        </w:rPr>
        <w:t>[organisation name]</w:t>
      </w:r>
      <w:r>
        <w:t xml:space="preserve"> works effectively with local partners and responds to identified community needs. The proposed activity outlined in their funding application will further enhance this work and deliver clear benefits to residents in </w:t>
      </w:r>
      <w:r w:rsidRPr="009B28FF">
        <w:rPr>
          <w:highlight w:val="yellow"/>
        </w:rPr>
        <w:t>[area].</w:t>
      </w:r>
    </w:p>
    <w:p w14:paraId="401872C1" w14:textId="77777777" w:rsidR="009E6CB9" w:rsidRDefault="009B28FF">
      <w:r>
        <w:t xml:space="preserve">We believe </w:t>
      </w:r>
      <w:r w:rsidRPr="009B28FF">
        <w:rPr>
          <w:highlight w:val="yellow"/>
        </w:rPr>
        <w:t>[organisation name]</w:t>
      </w:r>
      <w:r>
        <w:t xml:space="preserve"> has the capacity, experience, and governance arrangements necessary to successfully deliver this project and to use any funding awarded responsibly and effectively.</w:t>
      </w:r>
    </w:p>
    <w:p w14:paraId="04F73341" w14:textId="77777777" w:rsidR="009E6CB9" w:rsidRDefault="009B28FF">
      <w:r>
        <w:t xml:space="preserve">For these reasons, </w:t>
      </w:r>
      <w:r w:rsidRPr="009B28FF">
        <w:rPr>
          <w:highlight w:val="yellow"/>
        </w:rPr>
        <w:t>[organisation name / our office / this partnership]</w:t>
      </w:r>
      <w:r>
        <w:t xml:space="preserve"> fully supports this funding application and would welcome the opportunity to see the project progress.</w:t>
      </w:r>
    </w:p>
    <w:p w14:paraId="1A75EFA0" w14:textId="77777777" w:rsidR="009E6CB9" w:rsidRDefault="009B28FF">
      <w:r>
        <w:t xml:space="preserve">Should you require any further information, please do not hesitate to contact </w:t>
      </w:r>
      <w:r w:rsidRPr="009B28FF">
        <w:rPr>
          <w:highlight w:val="yellow"/>
        </w:rPr>
        <w:t>[name / role] via</w:t>
      </w:r>
      <w:r>
        <w:t xml:space="preserve"> </w:t>
      </w:r>
      <w:r w:rsidRPr="009B28FF">
        <w:rPr>
          <w:highlight w:val="yellow"/>
        </w:rPr>
        <w:t>[email / telephone].</w:t>
      </w:r>
    </w:p>
    <w:p w14:paraId="39768AA4" w14:textId="77777777" w:rsidR="009E6CB9" w:rsidRDefault="009B28FF">
      <w:r>
        <w:t>Yours faithfully,</w:t>
      </w:r>
    </w:p>
    <w:p w14:paraId="13B1944A" w14:textId="77777777" w:rsidR="009E6CB9" w:rsidRDefault="009B28FF">
      <w:r>
        <w:t>[Name]</w:t>
      </w:r>
      <w:r>
        <w:br/>
        <w:t>[Job Title]</w:t>
      </w:r>
      <w:r>
        <w:br/>
      </w:r>
      <w:r>
        <w:lastRenderedPageBreak/>
        <w:t>[Organisation]</w:t>
      </w:r>
      <w:r>
        <w:br/>
        <w:t>[Signature if required]</w:t>
      </w:r>
    </w:p>
    <w:sectPr w:rsidR="009E6CB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14738381">
    <w:abstractNumId w:val="8"/>
  </w:num>
  <w:num w:numId="2" w16cid:durableId="1362970048">
    <w:abstractNumId w:val="6"/>
  </w:num>
  <w:num w:numId="3" w16cid:durableId="9914117">
    <w:abstractNumId w:val="5"/>
  </w:num>
  <w:num w:numId="4" w16cid:durableId="1577780086">
    <w:abstractNumId w:val="4"/>
  </w:num>
  <w:num w:numId="5" w16cid:durableId="1524828951">
    <w:abstractNumId w:val="7"/>
  </w:num>
  <w:num w:numId="6" w16cid:durableId="684720134">
    <w:abstractNumId w:val="3"/>
  </w:num>
  <w:num w:numId="7" w16cid:durableId="811413268">
    <w:abstractNumId w:val="2"/>
  </w:num>
  <w:num w:numId="8" w16cid:durableId="627518319">
    <w:abstractNumId w:val="1"/>
  </w:num>
  <w:num w:numId="9" w16cid:durableId="737443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B28FF"/>
    <w:rsid w:val="009E6CB9"/>
    <w:rsid w:val="00AA1D8D"/>
    <w:rsid w:val="00B47730"/>
    <w:rsid w:val="00CB0664"/>
    <w:rsid w:val="00E773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B5211C"/>
  <w14:defaultImageDpi w14:val="300"/>
  <w15:docId w15:val="{CAC60B49-970A-4499-8E6E-EF765426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1" ma:contentTypeDescription="Create a new document." ma:contentTypeScope="" ma:versionID="7af96e7b58399a7a6ed496a1daad12b5">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42974e47a1b27c7a5ab659bf50ebae61"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67CFC86-AEC2-4F0D-B9EE-02411D1889C9}"/>
</file>

<file path=customXml/itemProps3.xml><?xml version="1.0" encoding="utf-8"?>
<ds:datastoreItem xmlns:ds="http://schemas.openxmlformats.org/officeDocument/2006/customXml" ds:itemID="{F3BC7F7E-2166-4292-BF95-EFFE0495218D}"/>
</file>

<file path=customXml/itemProps4.xml><?xml version="1.0" encoding="utf-8"?>
<ds:datastoreItem xmlns:ds="http://schemas.openxmlformats.org/officeDocument/2006/customXml" ds:itemID="{63133FEC-8FF1-4E93-9185-454905B15E1C}"/>
</file>

<file path=docProps/app.xml><?xml version="1.0" encoding="utf-8"?>
<Properties xmlns="http://schemas.openxmlformats.org/officeDocument/2006/extended-properties" xmlns:vt="http://schemas.openxmlformats.org/officeDocument/2006/docPropsVTypes">
  <Template>Normal.dotm</Template>
  <TotalTime>5</TotalTime>
  <Pages>2</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Willmott, Beth</cp:lastModifiedBy>
  <cp:revision>2</cp:revision>
  <dcterms:created xsi:type="dcterms:W3CDTF">2026-04-23T12:26:00Z</dcterms:created>
  <dcterms:modified xsi:type="dcterms:W3CDTF">2026-04-23T12:26:00Z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